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сводная ведомость_0001.jpg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432954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сводная ведомость_000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3295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Title"/>
        <w:jc w:val="center"/>
      </w:pPr>
      <w:r>
        <w:t>сводная ведомость_0002.jpg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0000" cy="4329547"/>
            <wp:docPr id="2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сводная ведомость_00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32954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